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Índice Oficial del Proyecto: ILSC Toronto y Guías de Viaje / Visas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Proyecto:</w:t>
      </w:r>
      <w:r>
        <w:rPr>
          <w:rFonts w:ascii="Calibri" w:hAnsi="Calibri"/>
          <w:color w:val="262626"/>
          <w:sz w:val="20"/>
        </w:rPr>
        <w:t xml:space="preserve"> Pollo en Canadá — Plan de Estudios en ILSC Toronto para Estudiante de 16 Años y Acompañamiento Familiar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Ciudad Elegida: Toronto, Ontario, Canadá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Institución Elegida: ILSC Language Schools (Campus 443 University Avenue, DLI # O19375697742)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Fecha de Actualización:</w:t>
      </w:r>
      <w:r>
        <w:rPr>
          <w:rFonts w:ascii="Calibri" w:hAnsi="Calibri"/>
          <w:color w:val="262626"/>
          <w:sz w:val="20"/>
        </w:rPr>
        <w:t xml:space="preserve"> 26 de Septiembre de 2026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Autor:</w:t>
      </w:r>
      <w:r>
        <w:rPr>
          <w:rFonts w:ascii="Calibri" w:hAnsi="Calibri"/>
          <w:color w:val="262626"/>
          <w:sz w:val="20"/>
        </w:rPr>
        <w:t xml:space="preserve"> Guillermo Piñeres / Johan Piñeres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Monedas de Referencia:</w:t>
      </w:r>
      <w:r>
        <w:rPr>
          <w:rFonts w:ascii="Calibri" w:hAnsi="Calibri"/>
          <w:color w:val="262626"/>
          <w:sz w:val="20"/>
        </w:rPr>
        <w:t xml:space="preserve"> Dólares Estadounidenses (USD) y Dólares Canadienses (CAD) — </w:t>
      </w:r>
      <w:r>
        <w:rPr>
          <w:rFonts w:ascii="Calibri" w:hAnsi="Calibri"/>
          <w:i/>
          <w:color w:val="262626"/>
          <w:sz w:val="20"/>
        </w:rPr>
        <w:t>Tasa: 1 CAD ≈ 0.735 USD</w:t>
      </w:r>
      <w:r>
        <w:rPr>
          <w:rFonts w:ascii="Calibri" w:hAnsi="Calibri"/>
          <w:color w:val="262626"/>
          <w:sz w:val="20"/>
        </w:rPr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📌 Presentación del Índice Depurado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Este documento es el </w:t>
      </w:r>
      <w:r>
        <w:rPr>
          <w:rFonts w:ascii="Calibri" w:hAnsi="Calibri"/>
          <w:b/>
          <w:color w:val="262626"/>
          <w:sz w:val="20"/>
        </w:rPr>
        <w:t>índice oficial y definitivo</w:t>
      </w:r>
      <w:r>
        <w:rPr>
          <w:rFonts w:ascii="Calibri" w:hAnsi="Calibri"/>
          <w:color w:val="262626"/>
          <w:sz w:val="20"/>
        </w:rPr>
        <w:t xml:space="preserve"> del plan de estudios. Ha sido filtrado para incluir </w:t>
      </w:r>
      <w:r>
        <w:rPr>
          <w:rFonts w:ascii="Calibri" w:hAnsi="Calibri"/>
          <w:b/>
          <w:color w:val="262626"/>
          <w:sz w:val="20"/>
        </w:rPr>
        <w:t>únicamente la información relevante a la ciudad de Toronto y la institución seleccionada (ILSC Language Schools)</w:t>
      </w:r>
      <w:r>
        <w:rPr>
          <w:rFonts w:ascii="Calibri" w:hAnsi="Calibri"/>
          <w:color w:val="262626"/>
          <w:sz w:val="20"/>
        </w:rPr>
        <w:t>, retirando cualquier documento referente a otras ciudades (Ottawa) u otros centros de estudio (CLLC).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Todos los informes están disponibles en tres formatos sincronizados: </w:t>
      </w:r>
      <w:r>
        <w:rPr>
          <w:rFonts w:ascii="Calibri" w:hAnsi="Calibri"/>
          <w:b/>
          <w:color w:val="262626"/>
          <w:sz w:val="20"/>
        </w:rPr>
        <w:t>Markdown (`.md`)</w:t>
      </w:r>
      <w:r>
        <w:rPr>
          <w:rFonts w:ascii="Calibri" w:hAnsi="Calibri"/>
          <w:color w:val="262626"/>
          <w:sz w:val="20"/>
        </w:rPr>
        <w:t xml:space="preserve">, </w:t>
      </w:r>
      <w:r>
        <w:rPr>
          <w:rFonts w:ascii="Calibri" w:hAnsi="Calibri"/>
          <w:b/>
          <w:color w:val="262626"/>
          <w:sz w:val="20"/>
        </w:rPr>
        <w:t>Microsoft Word Moderno (`.docx`)</w:t>
      </w:r>
      <w:r>
        <w:rPr>
          <w:rFonts w:ascii="Calibri" w:hAnsi="Calibri"/>
          <w:color w:val="262626"/>
          <w:sz w:val="20"/>
        </w:rPr>
        <w:t xml:space="preserve"> y </w:t>
      </w:r>
      <w:r>
        <w:rPr>
          <w:rFonts w:ascii="Calibri" w:hAnsi="Calibri"/>
          <w:b/>
          <w:color w:val="262626"/>
          <w:sz w:val="20"/>
        </w:rPr>
        <w:t>Microsoft Word Imprimible (`.doc`)</w:t>
      </w:r>
      <w:r>
        <w:rPr>
          <w:rFonts w:ascii="Calibri" w:hAnsi="Calibri"/>
          <w:color w:val="262626"/>
          <w:sz w:val="20"/>
        </w:rPr>
        <w:t>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🏛️ 1. Documentación Institucional y Cronograma de ILSC Toronto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Documentos centrados en la institución seleccionada y la planificación del viaje.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**Calendario Oficial de Actividades y Cronograma de Trabajo (Inicio Mayo 2027)**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[Calendario_Actividades_Estudio_ILSC_Toronto_Mayo.doc](file:///Users/guillo/Documents/Pollo%20en%20Canada/Calendario_Actividades_Estudio_ILSC_Toronto_Mayo.doc)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[Calendario_Actividades_Estudio_ILSC_Toronto_Mayo.docx](file:///Users/guillo/Documents/Pollo%20en%20Canada/Calendario_Actividades_Estudio_ILSC_Toronto_Mayo.docx)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[Calendario_Actividades_Estudio_ILSC_Toronto_Mayo.md](file:///Users/guillo/Documents/Pollo%20en%20Canada/Calendario_Actividades_Estudio_ILSC_Toronto_Mayo.md)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Planificación estratégica inversa en 8 fases organizadas de Octubre de 2026 a Mayo de 2027 para asegurar la Letter of Acceptance (LOA), solvencia financiera, notariación de custodia IMM 5646, permiso de estudio IRCC, biométricos VFS Global, asignación de Homestay y vuelo Bogotá-Toronto para el inicio de clases el lunes 3 de mayo de 2027.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**Reporte Completo e Institucional: ILSC Toronto**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[Reporte_Completo_ILSC_Toronto.doc](file:///Users/guillo/Documents/Pollo%20en%20Canada/Reporte_Completo_ILSC_Toronto.doc)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[Reporte_Completo_ILSC_Toronto.docx](file:///Users/guillo/Documents/Pollo%20en%20Canada/Reporte_Completo_ILSC_Toronto.docx)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[Reporte_Completo_ILSC_Toronto.md](file:///Users/guillo/Documents/Pollo%20en%20Canada/Reporte_Completo_ILSC_Toronto.md)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Informe técnico y legal completo sobre ILSC Toronto: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Ubicación Física:</w:t>
      </w:r>
      <w:r>
        <w:rPr>
          <w:rFonts w:ascii="Calibri" w:hAnsi="Calibri"/>
          <w:color w:val="262626"/>
          <w:sz w:val="20"/>
        </w:rPr>
        <w:t xml:space="preserve"> 443 University Avenue, Toronto, ON M5G 2H6 (Centro financiero / Discovery District, metro St. Patrick).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Número DLI oficial (IRCC):</w:t>
      </w:r>
      <w:r>
        <w:rPr>
          <w:rFonts w:ascii="Calibri" w:hAnsi="Calibri"/>
          <w:color w:val="262626"/>
          <w:sz w:val="20"/>
        </w:rPr>
        <w:t xml:space="preserve"> `O19375697742`.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Horarios e Intensidad:</w:t>
      </w:r>
      <w:r>
        <w:rPr>
          <w:rFonts w:ascii="Calibri" w:hAnsi="Calibri"/>
          <w:color w:val="262626"/>
          <w:sz w:val="20"/>
        </w:rPr>
        <w:t xml:space="preserve"> Full-Time Intensive (30 lecciones/semana, 8:30 AM – 2:15 PM).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Convenios Universitarios (UPP):</w:t>
      </w:r>
      <w:r>
        <w:rPr>
          <w:rFonts w:ascii="Calibri" w:hAnsi="Calibri"/>
          <w:color w:val="262626"/>
          <w:sz w:val="20"/>
        </w:rPr>
        <w:t xml:space="preserve"> Pase directo sin IELTS a Seneca, George Brown, Centennial, Humber, TMU, Brock, etc.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Presupuesto Detallado 2026:</w:t>
      </w:r>
      <w:r>
        <w:rPr>
          <w:rFonts w:ascii="Calibri" w:hAnsi="Calibri"/>
          <w:color w:val="262626"/>
          <w:sz w:val="20"/>
        </w:rPr>
        <w:t xml:space="preserve"> Costos a 6 y 8 meses (colegiaturas, homestay, registro, materiales y transporte) en USD y CAD.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Custodia Legal (IMM 5646):</w:t>
      </w:r>
      <w:r>
        <w:rPr>
          <w:rFonts w:ascii="Calibri" w:hAnsi="Calibri"/>
          <w:color w:val="262626"/>
          <w:sz w:val="20"/>
        </w:rPr>
        <w:t xml:space="preserve"> Tramitación del formulario de custodia obligatoria para menores de 16 años en Ontario.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🏙️ 2. Documentos Específicos de la Ciudad de Toronto (Ciudad Elegida)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Guías enfocadas en el alojamiento residencial en familia, transporte público TTC y plataformas web con mapa interactivo en Toronto.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**Guía Especializada de Homestay en Toronto (Estudiante de 16 Años)**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[Guia_Homestay_Toronto_16A.doc](file:///Users/guillo/Documents/Pollo%20en%20Canada/Guia_Homestay_Toronto_16A.doc)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[Guia_Homestay_Toronto_16A.docx](file:///Users/guillo/Documents/Pollo%20en%20Canada/Guia_Homestay_Toronto_16A.docx)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[Guia_Homestay_Toronto_16A.md](file:///Users/guillo/Documents/Pollo%20en%20Canada/Guia_Homestay_Toronto_16A.md)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Análisis del servicio de residencia en familia anfitriona (*Homestay*) en Toronto para estudiantes menores de edad. Incluye 3 comidas al día, pase mensual de transporte TTC (Subway Línea 1/2), normas de convivencia y custodia notariada.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**Plataformas de Búsqueda de Homestay con Mapa y Fotos (Toronto)**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[Plataformas_Busqueda_Homestay_Mapa_Fotos_Toronto.doc](file:///Users/guillo/Documents/Pollo%20en%20Canada/Plataformas_Busqueda_Homestay_Mapa_Fotos_Toronto.doc)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[Plataformas_Busqueda_Homestay_Mapa_Fotos_Toronto.docx](file:///Users/guillo/Documents/Pollo%20en%20Canada/Plataformas_Busqueda_Homestay_Mapa_Fotos_Toronto.docx)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[Plataformas_Busqueda_Homestay_Mapa_Fotos_Toronto.md](file:///Users/guillo/Documents/Pollo%20en%20Canada/Plataformas_Busqueda_Homestay_Mapa_Fotos_Toronto.md)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Manual de portales web especializados en Toronto (HomestayBay Toronto, Homestay.com, Harrington Housing, Places4Students) con filtros geológicos por estaciones de metro, fotos de recámaras y mapas de distancias a ILSC (443 University Ave).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📋 3. Documentación General (Trámites de Visas desde Colombia y Alojamiento)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Guías transversales requeridas para el proceso de visado y logística de viaje desde Colombia.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**Guía Paso a Paso Visas de Canadá desde Colombia**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[Guia_Paso_a_Paso_Visas_Canada_Colombia.doc](file:///Users/guillo/Documents/Pollo%20en%20Canada/Guia_Paso_a_Paso_Visas_Canada_Colombia.doc)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[Guia_Paso_a_Paso_Visas_Canada_Colombia.docx](file:///Users/guillo/Documents/Pollo%20en%20Canada/Guia_Paso_a_Paso_Visas_Canada_Colombia.docx)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[Guia_Paso_a_Paso_Visas_Canada_Colombia.md](file:///Users/guillo/Documents/Pollo%20en%20Canada/Guia_Paso_a_Paso_Visas_Canada_Colombia.md)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Tutorial paso a paso para aplicar en el Portal IRCC desde Colombia: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Permiso de Estudio (IMM 1294):</w:t>
      </w:r>
      <w:r>
        <w:rPr>
          <w:rFonts w:ascii="Calibri" w:hAnsi="Calibri"/>
          <w:color w:val="262626"/>
          <w:sz w:val="20"/>
        </w:rPr>
        <w:t xml:space="preserve"> Para el hijo de 16 años.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Visas de Visitante (V-1 / IMM 5257):</w:t>
      </w:r>
      <w:r>
        <w:rPr>
          <w:rFonts w:ascii="Calibri" w:hAnsi="Calibri"/>
          <w:color w:val="262626"/>
          <w:sz w:val="20"/>
        </w:rPr>
        <w:t xml:space="preserve"> Para los padres de familia.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Formularios Adicionales:</w:t>
      </w:r>
      <w:r>
        <w:rPr>
          <w:rFonts w:ascii="Calibri" w:hAnsi="Calibri"/>
          <w:color w:val="262626"/>
          <w:sz w:val="20"/>
        </w:rPr>
        <w:t xml:space="preserve"> Información Familiar (IMM 5645) y Declaración de Custodia Notariada (IMM 5646 Partes 1 y 2).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Citas Biométricas:</w:t>
      </w:r>
      <w:r>
        <w:rPr>
          <w:rFonts w:ascii="Calibri" w:hAnsi="Calibri"/>
          <w:color w:val="262626"/>
          <w:sz w:val="20"/>
        </w:rPr>
        <w:t xml:space="preserve"> VFS Global en Bogotá (Centro Comercial San Martín) o Medellín.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**Guía Comparativa General de Centros de Estudio en Canadá**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[Guia_Estudio_Ingles_Canada_16A.doc](file:///Users/guillo/Documents/Pollo%20en%20Canada/Guia_Estudio_Ingles_Canada_16A.doc)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[Guia_Estudio_Ingles_Canada_16A.docx](file:///Users/guillo/Documents/Pollo%20en%20Canada/Guia_Estudio_Ingles_Canada_16A.docx)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[Guia_Estudio_Ingles_Canada_16A.md](file:///Users/guillo/Documents/Pollo%20en%20Canada/Guia_Estudio_Ingles_Canada_16A.md)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Guía de referencia inicial del sistema educativo de idiomas en Canadá, acreditaciones de *Languages Canada* y condiciones para menores de 18 años.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**Informe Completo de Opciones de Alojamiento Estudiantil en Canadá**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[Opciones_Alojamiento_Estudiantil_Canada.doc](file:///Users/guillo/Documents/Pollo%20en%20Canada/Opciones_Alojamiento_Estudiantil_Canada.doc)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[Opciones_Alojamiento_Estudiantil_Canada.docx](file:///Users/guillo/Documents/Pollo%20en%20Canada/Opciones_Alojamiento_Estudiantil_Canada.docx)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[Opciones_Alojamiento_Estudiantil_Canada.md](file:///Users/guillo/Documents/Pollo%20en%20Canada/Opciones_Alojamiento_Estudiantil_Canada.md)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Comparación integral entre 5 modalidades residenciales (Homestay, Residencia Universitaria, Departamento Compartido, Co-Living y Residencias de Verano) evaluando costos, servicios e idoneidad para menores de 18 años.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📄 **Plataformas de Búsqueda de Homestay con Mapa y Fotos (General)**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Archivos: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[Plataformas_Busqueda_Homestay_Mapa_Fotos.doc](file:///Users/guillo/Documents/Pollo%20en%20Canada/Plataformas_Busqueda_Homestay_Mapa_Fotos.doc)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[Plataformas_Busqueda_Homestay_Mapa_Fotos.docx](file:///Users/guillo/Documents/Pollo%20en%20Canada/Plataformas_Busqueda_Homestay_Mapa_Fotos.docx)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[Plataformas_Busqueda_Homestay_Mapa_Fotos.md](file:///Users/guillo/Documents/Pollo%20en%20Canada/Plataformas_Busqueda_Homestay_Mapa_Fotos.md)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Guía general sobre cómo utilizar motores de búsqueda de alojamientos en Canadá (HomestayBay, Homestay.com) con geolocalización y galerías fotográficas.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📊 Matriz Resumen de Archivos Activos del Proyecto (Toronto / ILSC)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Archivo Oficial del Proyecto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Alcance y Contenido Principal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Formatos Disponibles</w:t>
            </w:r>
          </w:p>
        </w:tc>
        <w:tc>
          <w:tcPr>
            <w:tcW w:type="dxa" w:w="1560"/>
          </w:tcPr>
          <w:p/>
        </w:tc>
        <w:tc>
          <w:tcPr>
            <w:tcW w:type="dxa" w:w="1560"/>
          </w:tcPr>
          <w:p/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1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`Calendario_Actividades_Estudio_ILSC_Toronto_Mayo`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Cronograma Inverso de Actividades (Octubre 2026 - Mayo 2027)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`Reporte_Completo_ILSC_Toronto`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Institucional ILSC Toronto (DLI O19375697742, Costos, UPP, Custodia)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`Guia_Homestay_Toronto_16A`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Alojamiento Homestay en Toronto para 16 Años (TTC, Comidas)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4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`Plataformas_Busqueda_Homestay_Mapa_Fotos_Toronto`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Buscadores de Homestay en Toronto con Mapa y Fotos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5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`Guia_Paso_a_Paso_Visas_Canada_Colombia`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Guía Completa de Visas IRCC / VFS Global desde Colombia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6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`Guia_Estudio_Ingles_Canada_16A`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Guía de Referencia Sistema de Idiomas en Canadá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7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`Opciones_Alojamiento_Estudiantil_Canada`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Análisis de Modalidades de Alojamiento Estudiantil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8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`Plataformas_Busqueda_Homestay_Mapa_Fotos`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Manual General de Buscadores de Alojamiento con Mapa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  <w:tr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9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`Indice_Documentos_ILSC_y_Generales_Canada`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Índice Maestro Oficial del Proyecto (Filtrado Toronto/ILSC)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`.md`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`.docx` \</w:t>
            </w:r>
          </w:p>
        </w:tc>
        <w:tc>
          <w:tcPr>
            <w:tcW w:type="dxa" w:w="156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`.doc`</w:t>
            </w:r>
          </w:p>
        </w:tc>
      </w:tr>
    </w:tbl>
    <w:p>
      <w:pPr>
        <w:spacing w:before="0" w:after="120"/>
      </w:pP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Índice Maestro de Documentos ILSC y Generales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